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2286000" cy="9753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alcyon-landscapes-dark-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5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</w:pPr>
      <w:r>
        <w:t>Paving &amp; Patios</w:t>
      </w:r>
    </w:p>
    <w:p>
      <w:pPr>
        <w:pStyle w:val="Heading2"/>
      </w:pPr>
      <w:r>
        <w:t>Professional Patio Installation</w:t>
      </w:r>
    </w:p>
    <w:p>
      <w:r>
        <w:t>Our installation includes thorough site preparation, a strong sub base, correct laying techniques, drainage solutions and clean finishing for long lasting results.</w:t>
      </w:r>
    </w:p>
    <w:p>
      <w:pPr>
        <w:pStyle w:val="Heading2"/>
      </w:pPr>
      <w:r>
        <w:t>Paving Options</w:t>
      </w:r>
    </w:p>
    <w:p>
      <w:r>
        <w:t>Choose from natural stone, porcelain, block paving, textured surfaces and decorative edging to match both modern and traditional homes.</w:t>
      </w:r>
    </w:p>
    <w:p>
      <w:pPr>
        <w:pStyle w:val="Heading2"/>
      </w:pPr>
      <w:r>
        <w:t>Patio Styles</w:t>
      </w:r>
    </w:p>
    <w:p>
      <w:r>
        <w:t>We create entertaining areas, sun terraces, pathways, courtyard spaces, multi level patios and bespoke designs tailored to your garden.</w:t>
      </w:r>
    </w:p>
    <w:p>
      <w:pPr>
        <w:pStyle w:val="Heading2"/>
      </w:pPr>
      <w:r>
        <w:t>Why Choose Halcyon Landscapes?</w:t>
      </w:r>
    </w:p>
    <w:p>
      <w:r>
        <w:t>• Expert installation and solid groundwork</w:t>
        <w:br/>
        <w:t>• High quality materials</w:t>
        <w:br/>
        <w:t>• Local knowledge of soil and drainage</w:t>
        <w:br/>
        <w:t>• Honest pricing</w:t>
        <w:br/>
        <w:t>• Fully insured team</w:t>
      </w:r>
    </w:p>
    <w:p>
      <w:pPr>
        <w:pStyle w:val="Heading2"/>
      </w:pPr>
      <w:r>
        <w:t>Contact Information</w:t>
      </w:r>
    </w:p>
    <w:p>
      <w:r>
        <w:t>Halcyon Landscapes (Yorkshire) Ltd.</w:t>
        <w:br/>
        <w:t>155 Moorside Road, Bradford, BD2 3HD</w:t>
        <w:br/>
        <w:t>Web: https://halcyonlandscapes.co.uk/</w:t>
        <w:br/>
        <w:t>Phone: 07771 912547</w:t>
        <w:br/>
        <w:t>Email: nigel@halcyonlandscapes.co.uk</w:t>
      </w:r>
    </w:p>
    <w:p>
      <w:r>
        <w:drawing>
          <wp:inline xmlns:a="http://schemas.openxmlformats.org/drawingml/2006/main" xmlns:pic="http://schemas.openxmlformats.org/drawingml/2006/picture">
            <wp:extent cx="5029200" cy="257222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tios-paving-in-bradfor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5722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029200" cy="31877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atios-paving-bradford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87779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jpg"/><Relationship Id="rId1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