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9753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alcyon-landscapes-dark-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Driveways</w:t>
      </w:r>
    </w:p>
    <w:p>
      <w:pPr>
        <w:pStyle w:val="Heading2"/>
      </w:pPr>
      <w:r>
        <w:t>Professional Driveway Installation</w:t>
      </w:r>
    </w:p>
    <w:p>
      <w:r>
        <w:t>Our installation includes excavation, strong sub base installation, weed membranes, accurate falls and drainage, professional laying and neat edging.</w:t>
      </w:r>
    </w:p>
    <w:p>
      <w:pPr>
        <w:pStyle w:val="Heading2"/>
      </w:pPr>
      <w:r>
        <w:t>Driveway Styles &amp; Materials</w:t>
      </w:r>
    </w:p>
    <w:p>
      <w:r>
        <w:t>We offer block paving, tarmac, gravel, natural stone, concrete and resin bound driveways. Each option is chosen for durability, appearance and low maintenance.</w:t>
      </w:r>
    </w:p>
    <w:p>
      <w:pPr>
        <w:pStyle w:val="Heading2"/>
      </w:pPr>
      <w:r>
        <w:t>Designed for Your Property</w:t>
      </w:r>
    </w:p>
    <w:p>
      <w:r>
        <w:t>Driveways can include kerb edging, decorative borders, steps, paths, drainage channels, retaining edges and lighting to match your home.</w:t>
      </w:r>
    </w:p>
    <w:p>
      <w:pPr>
        <w:pStyle w:val="Heading2"/>
      </w:pPr>
      <w:r>
        <w:t>Benefits of a New Driveway</w:t>
      </w:r>
    </w:p>
    <w:p>
      <w:r>
        <w:t>Improved access, smoother parking, reduced mud, low maintenance options and increased property value.</w:t>
      </w:r>
    </w:p>
    <w:p>
      <w:pPr>
        <w:pStyle w:val="Heading2"/>
      </w:pPr>
      <w:r>
        <w:t>Why Choose Halcyon Landscapes?</w:t>
      </w:r>
    </w:p>
    <w:p>
      <w:r>
        <w:t>• Skilled driveway installers</w:t>
        <w:br/>
        <w:t>• High quality materials</w:t>
        <w:br/>
        <w:t>• Strong, long lasting foundations</w:t>
        <w:br/>
        <w:t>• Local team covering West Yorkshire</w:t>
        <w:br/>
        <w:t>• Fully insured</w:t>
        <w:br/>
        <w:t>• Honest pricing</w:t>
      </w:r>
    </w:p>
    <w:p>
      <w:pPr>
        <w:pStyle w:val="Heading2"/>
      </w:pPr>
      <w:r>
        <w:t>Contact Information</w:t>
      </w:r>
    </w:p>
    <w:p>
      <w:r>
        <w:t>Halcyon Landscapes (Yorkshire) Ltd.</w:t>
        <w:br/>
        <w:t>155 Moorside Road, Bradford, BD2 3HD</w:t>
        <w:br/>
        <w:t>Web: https://halcyonlandscapes.co.uk/</w:t>
        <w:br/>
        <w:t>Phone: 07771 912547</w:t>
        <w:br/>
        <w:t>Email: nigel@halcyonlandscapes.co.uk</w:t>
      </w:r>
    </w:p>
    <w:p>
      <w:r>
        <w:drawing>
          <wp:inline xmlns:a="http://schemas.openxmlformats.org/drawingml/2006/main" xmlns:pic="http://schemas.openxmlformats.org/drawingml/2006/picture">
            <wp:extent cx="5029200" cy="257222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riveway-contractor-bradfor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722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029200" cy="31877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riveways-bradfor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777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